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65656"/>
          <w:sz w:val="44"/>
        </w:rPr>
        <w:t>Well With Kell</w:t>
      </w:r>
    </w:p>
    <w:p>
      <w:pPr>
        <w:jc w:val="center"/>
      </w:pPr>
      <w:r>
        <w:rPr>
          <w:b/>
          <w:color w:val="565656"/>
          <w:sz w:val="32"/>
        </w:rPr>
        <w:t>Welcome &amp; Client Agreement</w:t>
      </w:r>
    </w:p>
    <w:p>
      <w:pPr>
        <w:jc w:val="center"/>
      </w:pPr>
      <w:r>
        <w:rPr>
          <w:i/>
          <w:sz w:val="22"/>
        </w:rPr>
        <w:t>Helping You Thrive Through Every Transition</w:t>
      </w:r>
    </w:p>
    <w:p/>
    <w:p>
      <w:r>
        <w:rPr>
          <w:b/>
          <w:color w:val="768C78"/>
          <w:sz w:val="26"/>
        </w:rPr>
        <w:t>WELCOME</w:t>
      </w:r>
    </w:p>
    <w:p>
      <w:pPr>
        <w:pStyle w:val="BodyText"/>
      </w:pPr>
      <w:r>
        <w:t>Thank you for choosing Well With Kell! My goal is to provide a supportive, encouraging, and personalized mentorship experience that helps you build confidence, strengthen your clinical reasoning, and thrive throughout your OT journey.</w:t>
      </w:r>
    </w:p>
    <w:p>
      <w:r>
        <w:rPr>
          <w:b/>
          <w:color w:val="768C78"/>
          <w:sz w:val="26"/>
        </w:rPr>
        <w:t>MY PROMISE TO YOU</w:t>
      </w:r>
    </w:p>
    <w:p>
      <w:pPr>
        <w:pStyle w:val="BodyText"/>
      </w:pPr>
      <w:r>
        <w:t>• A welcoming, judgment-free environment</w:t>
        <w:br/>
        <w:t>• Personalized support tailored to your goals</w:t>
        <w:br/>
        <w:t>• Honest, constructive feedback</w:t>
        <w:br/>
        <w:t>• Evidence-based education</w:t>
        <w:br/>
        <w:t>• Encouragement and accountability</w:t>
        <w:br/>
        <w:t>• Respect for your time and learning style</w:t>
      </w:r>
    </w:p>
    <w:p>
      <w:r>
        <w:rPr>
          <w:b/>
          <w:color w:val="768C78"/>
          <w:sz w:val="26"/>
        </w:rPr>
        <w:t>WHAT I ASK FROM YOU</w:t>
      </w:r>
    </w:p>
    <w:p>
      <w:pPr>
        <w:pStyle w:val="BodyText"/>
      </w:pPr>
      <w:r>
        <w:t>• Arrive prepared and ready to learn</w:t>
        <w:br/>
        <w:t>• Communicate if you need to reschedule</w:t>
        <w:br/>
        <w:t>• Complete recommended practice between sessions</w:t>
        <w:br/>
        <w:t>• Ask questions</w:t>
        <w:br/>
        <w:t>• Be open to feedback</w:t>
        <w:br/>
        <w:t>• Remember that growth takes consistency</w:t>
      </w:r>
    </w:p>
    <w:p>
      <w:r>
        <w:rPr>
          <w:b/>
          <w:color w:val="768C78"/>
          <w:sz w:val="26"/>
        </w:rPr>
        <w:t>SERVICES</w:t>
      </w:r>
    </w:p>
    <w:p>
      <w:pPr>
        <w:pStyle w:val="BodyText"/>
      </w:pPr>
      <w:r>
        <w:t>OTA/OT Tutoring • NBCOT Preparation • Fieldwork Support • Documentation • Clinical Reasoning • Productivity Coaching • Career Guidance • Interview Preparation • Professional Mentorship</w:t>
      </w:r>
    </w:p>
    <w:p>
      <w:r>
        <w:rPr>
          <w:b/>
          <w:color w:val="768C78"/>
          <w:sz w:val="26"/>
        </w:rPr>
        <w:t>SESSION INFORMATION</w:t>
      </w:r>
    </w:p>
    <w:p>
      <w:pPr>
        <w:pStyle w:val="BodyText"/>
      </w:pPr>
      <w:r>
        <w:t>Sessions are 60 minutes and held virtually through Google Meet. A stable internet connection is required. Camera use is encouraged but not required.</w:t>
      </w:r>
    </w:p>
    <w:p>
      <w:r>
        <w:rPr>
          <w:b/>
          <w:color w:val="768C78"/>
          <w:sz w:val="26"/>
        </w:rPr>
        <w:t>PRICING</w:t>
      </w:r>
    </w:p>
    <w:p>
      <w:pPr>
        <w:pStyle w:val="BodyText"/>
      </w:pPr>
      <w:r>
        <w:t>Individual Session (60 min): $40</w:t>
        <w:br/>
        <w:t>3 Session Package: $115</w:t>
        <w:br/>
        <w:t>5 Session Package: $190</w:t>
        <w:br/>
        <w:t>8 Session Package: $305</w:t>
        <w:br/>
        <w:br/>
        <w:t>Packages expire after 12 months and are non-transferable.</w:t>
      </w:r>
    </w:p>
    <w:p>
      <w:r>
        <w:rPr>
          <w:b/>
          <w:color w:val="768C78"/>
          <w:sz w:val="26"/>
        </w:rPr>
        <w:t>PAYMENT</w:t>
      </w:r>
    </w:p>
    <w:p>
      <w:pPr>
        <w:pStyle w:val="BodyText"/>
      </w:pPr>
      <w:r>
        <w:t>Payment is due 24 hours before each scheduled session. Package sessions are billed individually. Accepted payment methods: PayPal and Venmo.</w:t>
      </w:r>
    </w:p>
    <w:p>
      <w:r>
        <w:rPr>
          <w:b/>
          <w:color w:val="768C78"/>
          <w:sz w:val="26"/>
        </w:rPr>
        <w:t>CANCELLATIONS</w:t>
      </w:r>
    </w:p>
    <w:p>
      <w:pPr>
        <w:pStyle w:val="BodyText"/>
      </w:pPr>
      <w:r>
        <w:t>• 24+ hours notice: Free reschedule.</w:t>
        <w:br/>
        <w:t>• If you choose not to reschedule, a 50% refund will be issued for that unused prepaid session.</w:t>
        <w:br/>
        <w:t>• Less than 24 hours notice or no-show: Non-refundable.</w:t>
      </w:r>
    </w:p>
    <w:p>
      <w:r>
        <w:rPr>
          <w:b/>
          <w:color w:val="768C78"/>
          <w:sz w:val="26"/>
        </w:rPr>
        <w:t>COMMUNICATION</w:t>
      </w:r>
    </w:p>
    <w:p>
      <w:pPr>
        <w:pStyle w:val="BodyText"/>
      </w:pPr>
      <w:r>
        <w:t>Email is the primary form of communication: wellwithkell3@gmail.com</w:t>
        <w:br/>
        <w:t>Responses are typically provided within 24 business hours. Students are welcome to email questions between sessions; extensive teaching topics will be addressed during a scheduled session.</w:t>
      </w:r>
    </w:p>
    <w:p>
      <w:r>
        <w:rPr>
          <w:b/>
          <w:color w:val="768C78"/>
          <w:sz w:val="26"/>
        </w:rPr>
        <w:t>ADDITIONAL INFORMATION</w:t>
      </w:r>
    </w:p>
    <w:p>
      <w:pPr>
        <w:pStyle w:val="BodyText"/>
      </w:pPr>
      <w:r>
        <w:t>I am also available through Wyzant if you prefer using that platform. Sessions are not routinely recorded. If requested, recordings will be emailed within 24 hours and then deleted. The Well With Kell website is launching soon.</w:t>
      </w:r>
    </w:p>
    <w:p>
      <w:r>
        <w:rPr>
          <w:b/>
          <w:color w:val="768C78"/>
          <w:sz w:val="26"/>
        </w:rPr>
        <w:t>CONFIDENTIALITY &amp; DISCLAIMER</w:t>
      </w:r>
    </w:p>
    <w:p>
      <w:pPr>
        <w:pStyle w:val="BodyText"/>
      </w:pPr>
      <w:r>
        <w:t>All conversations remain confidential unless disclosure is required by law. Tutoring and mentorship are educational services and do not guarantee NBCOT results, employment, or academic outcomes.</w:t>
      </w:r>
    </w:p>
    <w:p/>
    <w:tbl>
      <w:tblPr>
        <w:tblStyle w:val="TableGrid"/>
        <w:tblW w:type="auto" w:w="0"/>
        <w:tblLook w:firstColumn="1" w:firstRow="1" w:lastColumn="0" w:lastRow="0" w:noHBand="0" w:noVBand="1" w:val="04A0"/>
      </w:tblPr>
      <w:tblGrid>
        <w:gridCol w:w="5320"/>
        <w:gridCol w:w="5320"/>
      </w:tblGrid>
      <w:tr>
        <w:tc>
          <w:tcPr>
            <w:tcW w:type="dxa" w:w="5320"/>
          </w:tcPr>
          <w:p>
            <w:r>
              <w:t>Client Name</w:t>
            </w:r>
          </w:p>
        </w:tc>
        <w:tc>
          <w:tcPr>
            <w:tcW w:type="dxa" w:w="5320"/>
          </w:tcPr>
          <w:p>
            <w:r>
              <w:t>___________________________________</w:t>
            </w:r>
          </w:p>
        </w:tc>
      </w:tr>
      <w:tr>
        <w:tc>
          <w:tcPr>
            <w:tcW w:type="dxa" w:w="5320"/>
          </w:tcPr>
          <w:p>
            <w:r>
              <w:t>Client Signature</w:t>
            </w:r>
          </w:p>
        </w:tc>
        <w:tc>
          <w:tcPr>
            <w:tcW w:type="dxa" w:w="5320"/>
          </w:tcPr>
          <w:p>
            <w:r>
              <w:t>___________________________________</w:t>
            </w:r>
          </w:p>
        </w:tc>
      </w:tr>
      <w:tr>
        <w:tc>
          <w:tcPr>
            <w:tcW w:type="dxa" w:w="5320"/>
          </w:tcPr>
          <w:p>
            <w:r>
              <w:t>Date</w:t>
            </w:r>
          </w:p>
        </w:tc>
        <w:tc>
          <w:tcPr>
            <w:tcW w:type="dxa" w:w="5320"/>
          </w:tcPr>
          <w:p>
            <w:r>
              <w:t>___________________________________</w:t>
            </w:r>
          </w:p>
        </w:tc>
      </w:tr>
      <w:tr>
        <w:tc>
          <w:tcPr>
            <w:tcW w:type="dxa" w:w="5320"/>
          </w:tcPr>
          <w:p>
            <w:r>
              <w:t>Kelly DeAngelis, COTA/L</w:t>
            </w:r>
          </w:p>
        </w:tc>
        <w:tc>
          <w:tcPr>
            <w:tcW w:type="dxa" w:w="5320"/>
          </w:tcPr>
          <w:p>
            <w:r>
              <w:t>____________________________</w:t>
              <w:br/>
              <w:t>Signature</w:t>
            </w:r>
          </w:p>
        </w:tc>
      </w:tr>
    </w:tbl>
    <w:p/>
    <w:p>
      <w:pPr>
        <w:jc w:val="center"/>
      </w:pPr>
      <w:r>
        <w:rPr>
          <w:i/>
        </w:rPr>
        <w:t>Thank you for trusting Well With Kell to be part of your journey. I look forward to working with you!</w:t>
      </w:r>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